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486400" cy="71024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omers_Courier_Capability_Statement_Web_Image(1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249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